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6D57B" w14:textId="77777777" w:rsidR="00D11E58" w:rsidRDefault="00000000" w:rsidP="002E7F91">
      <w:pPr>
        <w:pStyle w:val="ResumeName"/>
        <w:jc w:val="center"/>
      </w:pPr>
      <w:r>
        <w:t>RAKESH REDDY</w:t>
      </w:r>
    </w:p>
    <w:p w14:paraId="781878AB" w14:textId="356E05FF" w:rsidR="00D11E58" w:rsidRDefault="00000000">
      <w:pPr>
        <w:jc w:val="center"/>
      </w:pPr>
      <w:r>
        <w:rPr>
          <w:b/>
        </w:rPr>
        <w:t xml:space="preserve"> DATA ENGINEER | PYTHON | PYSPARK | AI/ML ENGINEER</w:t>
      </w:r>
    </w:p>
    <w:p w14:paraId="5DDA1FAC" w14:textId="77777777" w:rsidR="00D11E58" w:rsidRDefault="00000000">
      <w:pPr>
        <w:jc w:val="center"/>
      </w:pPr>
      <w:r>
        <w:t>Phone: 484-957-1295 | Email: rakeshreddy7472@gmail.com</w:t>
      </w:r>
    </w:p>
    <w:p w14:paraId="13FDE486" w14:textId="79329559" w:rsidR="00D11E58" w:rsidRDefault="00000000">
      <w:pPr>
        <w:jc w:val="center"/>
      </w:pPr>
      <w:r>
        <w:t xml:space="preserve"> LinkedIn: </w:t>
      </w:r>
      <w:hyperlink r:id="rId8" w:history="1">
        <w:r w:rsidR="004D1809" w:rsidRPr="003E4EA5">
          <w:rPr>
            <w:rStyle w:val="Hyperlink"/>
          </w:rPr>
          <w:t>http://www.linkedin.com/in/rakesh-reddy-5a626840b</w:t>
        </w:r>
      </w:hyperlink>
      <w:r w:rsidR="004D1809">
        <w:t xml:space="preserve"> </w:t>
      </w:r>
    </w:p>
    <w:p w14:paraId="0E34B6C2" w14:textId="6C9B1842" w:rsidR="00D11E58" w:rsidRDefault="00000000">
      <w:pPr>
        <w:pStyle w:val="Section"/>
        <w:pBdr>
          <w:bottom w:val="single" w:sz="6" w:space="0" w:color="B8D4DC"/>
        </w:pBdr>
      </w:pPr>
      <w:r>
        <w:t>PROFESSIONAL SUMMAR</w:t>
      </w:r>
      <w:r w:rsidR="001A75A3">
        <w:t>Y</w:t>
      </w:r>
    </w:p>
    <w:p w14:paraId="1753EE4C" w14:textId="77777777" w:rsidR="00D11E58" w:rsidRDefault="00000000">
      <w:r>
        <w:t>Data Engineer and AI/ML professional with 7+ years of combined experience developing enterprise data pipelines, cloud-based data-processing solutions, analytical workflows, machine-learning applications, and Python services across telecommunications, banking, healthcare, and consumer goods. Strong background in Python, SQL, PySpark, ETL/ELT, data integration, transformation, validation, and feature engineering. Experienced in building reusable processing components, integrating structured and unstructured datasets, automating recurring workloads, and delivering reliable data for analytical and machine-learning applications.</w:t>
      </w:r>
    </w:p>
    <w:p w14:paraId="09E98778" w14:textId="77777777" w:rsidR="00D11E58" w:rsidRDefault="00000000">
      <w:pPr>
        <w:pStyle w:val="ListBullet"/>
        <w:spacing w:after="40"/>
        <w:ind w:left="317" w:hanging="173"/>
      </w:pPr>
      <w:r>
        <w:t>Developed data ingestion, transformation, validation, and processing workflows using Python, SQL, and PySpark to support enterprise analytics and AI/ML applications.</w:t>
      </w:r>
    </w:p>
    <w:p w14:paraId="5EFEC05D" w14:textId="77777777" w:rsidR="00D11E58" w:rsidRDefault="00000000">
      <w:pPr>
        <w:pStyle w:val="ListBullet"/>
        <w:spacing w:after="40"/>
        <w:ind w:left="317" w:hanging="173"/>
      </w:pPr>
      <w:r>
        <w:t>Experienced with AWS, Google Cloud Platform (GCP), and Microsoft Azure, including cloud storage, containerized services, infrastructure configuration, and deployment workflows.</w:t>
      </w:r>
    </w:p>
    <w:p w14:paraId="6E268B58" w14:textId="77777777" w:rsidR="00D11E58" w:rsidRDefault="00000000">
      <w:pPr>
        <w:pStyle w:val="ListBullet"/>
        <w:spacing w:after="40"/>
        <w:ind w:left="317" w:hanging="173"/>
      </w:pPr>
      <w:r>
        <w:t>Built Python-based REST APIs and backend integrations using FastAPI to connect data-processing and AI applications with enterprise systems.</w:t>
      </w:r>
    </w:p>
    <w:p w14:paraId="57BCADD2" w14:textId="77777777" w:rsidR="00D11E58" w:rsidRDefault="00000000">
      <w:pPr>
        <w:pStyle w:val="ListBullet"/>
        <w:spacing w:after="40"/>
        <w:ind w:left="317" w:hanging="173"/>
      </w:pPr>
      <w:r>
        <w:t>Worked with machine-learning data preparation, feature engineering, credit-risk classification, expected-loss modeling, and recurring analytical processing.</w:t>
      </w:r>
    </w:p>
    <w:p w14:paraId="7C653F0E" w14:textId="77777777" w:rsidR="00D11E58" w:rsidRDefault="00000000">
      <w:pPr>
        <w:pStyle w:val="ListBullet"/>
        <w:spacing w:after="40"/>
        <w:ind w:left="317" w:hanging="173"/>
      </w:pPr>
      <w:r>
        <w:t>Developed Generative AI solutions involving document ingestion, embeddings, retrieval-augmented generation (RAG), semantic search, and vector-based retrieval.</w:t>
      </w:r>
    </w:p>
    <w:p w14:paraId="53310042" w14:textId="77777777" w:rsidR="00D11E58" w:rsidRDefault="00000000">
      <w:pPr>
        <w:pStyle w:val="ListBullet"/>
        <w:spacing w:after="40"/>
        <w:ind w:left="317" w:hanging="173"/>
      </w:pPr>
      <w:r>
        <w:t>Implemented data-quality controls, schema validation, exception handling, structured logging, and pipeline monitoring to improve processing reliability.</w:t>
      </w:r>
    </w:p>
    <w:p w14:paraId="19E3CDB4" w14:textId="77777777" w:rsidR="00D11E58" w:rsidRDefault="00000000">
      <w:pPr>
        <w:pStyle w:val="ListBullet"/>
        <w:spacing w:after="40"/>
        <w:ind w:left="317" w:hanging="173"/>
      </w:pPr>
      <w:r>
        <w:t>Supported application and data-service deployments using Docker, Kubernetes, Terraform, Git, and CI/CD practices.</w:t>
      </w:r>
    </w:p>
    <w:p w14:paraId="5357312E" w14:textId="77777777" w:rsidR="00D11E58" w:rsidRDefault="00000000">
      <w:pPr>
        <w:pStyle w:val="ListBullet"/>
        <w:spacing w:after="40"/>
        <w:ind w:left="317" w:hanging="173"/>
      </w:pPr>
      <w:r>
        <w:t>Collaborated with data engineering, application development, analytics, and business teams to troubleshoot integration issues and maintain dependable data delivery.</w:t>
      </w:r>
    </w:p>
    <w:p w14:paraId="530693CB" w14:textId="77777777" w:rsidR="00D11E58" w:rsidRDefault="00000000">
      <w:pPr>
        <w:pStyle w:val="Section"/>
        <w:pBdr>
          <w:bottom w:val="single" w:sz="6" w:space="0" w:color="B8D4DC"/>
        </w:pBdr>
      </w:pPr>
      <w:r>
        <w:t>TECHNICAL SKILLS</w:t>
      </w:r>
    </w:p>
    <w:p w14:paraId="3E60A3AB" w14:textId="77777777" w:rsidR="00D11E58" w:rsidRDefault="00000000">
      <w:r>
        <w:rPr>
          <w:b/>
        </w:rPr>
        <w:t>Programming Languages:</w:t>
      </w:r>
      <w:r>
        <w:t xml:space="preserve"> Python, SQL, PySpark, Java, TypeScript, Node.js</w:t>
      </w:r>
    </w:p>
    <w:p w14:paraId="1C73B78E" w14:textId="77777777" w:rsidR="00D11E58" w:rsidRDefault="00000000">
      <w:r>
        <w:rPr>
          <w:b/>
        </w:rPr>
        <w:t>Data Engineering:</w:t>
      </w:r>
      <w:r>
        <w:t xml:space="preserve"> ETL/ELT, Data Pipeline Development, Data Ingestion, Data Integration, Data Transformation, Batch Processing, Data Validation, Data Quality, Feature Engineering, Schema Validation, Data Modeling</w:t>
      </w:r>
    </w:p>
    <w:p w14:paraId="1E5593A9" w14:textId="77777777" w:rsidR="00D11E58" w:rsidRDefault="00000000">
      <w:r>
        <w:rPr>
          <w:b/>
        </w:rPr>
        <w:t>Big Data Processing:</w:t>
      </w:r>
      <w:r>
        <w:t xml:space="preserve"> Apache Spark, PySpark, Distributed Data Processing</w:t>
      </w:r>
    </w:p>
    <w:p w14:paraId="540E8266" w14:textId="77777777" w:rsidR="00D11E58" w:rsidRDefault="00000000">
      <w:r>
        <w:rPr>
          <w:b/>
        </w:rPr>
        <w:t>Cloud Platforms:</w:t>
      </w:r>
      <w:r>
        <w:t xml:space="preserve"> AWS, Google Cloud Platform (GCP), Microsoft Azure, Amazon S3, AWS Lambda, Amazon EKS, Google Cloud Storage, Google Kubernetes Engine (GKE), Azure Storage, IAM, CloudWatch</w:t>
      </w:r>
    </w:p>
    <w:p w14:paraId="4BAD723F" w14:textId="77777777" w:rsidR="00D11E58" w:rsidRDefault="00000000">
      <w:r>
        <w:rPr>
          <w:b/>
        </w:rPr>
        <w:t>Databases &amp; Data Platforms:</w:t>
      </w:r>
      <w:r>
        <w:t xml:space="preserve"> PostgreSQL, pgvector, OpenSearch, FAISS, Pinecone</w:t>
      </w:r>
    </w:p>
    <w:p w14:paraId="5804CA01" w14:textId="77777777" w:rsidR="00D11E58" w:rsidRDefault="00000000">
      <w:r>
        <w:rPr>
          <w:b/>
        </w:rPr>
        <w:t>Machine Learning:</w:t>
      </w:r>
      <w:r>
        <w:t xml:space="preserve"> Machine Learning, Logistic Regression, Random Forest, XGBoost, Gradient Boosting, Feature Preparation, Classification, Predictive Analytics</w:t>
      </w:r>
    </w:p>
    <w:p w14:paraId="4AC67083" w14:textId="77777777" w:rsidR="00D11E58" w:rsidRDefault="00000000">
      <w:r>
        <w:rPr>
          <w:b/>
        </w:rPr>
        <w:t>Generative AI:</w:t>
      </w:r>
      <w:r>
        <w:t xml:space="preserve"> Retrieval-Augmented Generation (RAG), Embeddings, Semantic Search, Vector Search, Document Processing, Contextual Retrieval</w:t>
      </w:r>
    </w:p>
    <w:p w14:paraId="39D73DDD" w14:textId="77777777" w:rsidR="00D11E58" w:rsidRDefault="00000000">
      <w:r>
        <w:rPr>
          <w:b/>
        </w:rPr>
        <w:t>APIs &amp; Backend Development:</w:t>
      </w:r>
      <w:r>
        <w:t xml:space="preserve"> REST APIs, FastAPI, Flask, gRPC, Microservices, API Integration</w:t>
      </w:r>
    </w:p>
    <w:p w14:paraId="116D0CD2" w14:textId="77777777" w:rsidR="00D11E58" w:rsidRDefault="00000000">
      <w:r>
        <w:rPr>
          <w:b/>
        </w:rPr>
        <w:t>DevOps &amp; Infrastructure:</w:t>
      </w:r>
      <w:r>
        <w:t xml:space="preserve"> Docker, Kubernetes, Terraform, GitHub Actions, Jenkins, CI/CD, Git</w:t>
      </w:r>
    </w:p>
    <w:p w14:paraId="1F919D59" w14:textId="77777777" w:rsidR="00D11E58" w:rsidRDefault="00000000">
      <w:r>
        <w:rPr>
          <w:b/>
        </w:rPr>
        <w:t>Data Quality &amp; Monitoring:</w:t>
      </w:r>
      <w:r>
        <w:t xml:space="preserve"> Data Validation, Exception Handling, Structured Logging, Pipeline Monitoring, Error Handling, Audit Logging, Data Traceability</w:t>
      </w:r>
    </w:p>
    <w:p w14:paraId="23146A53" w14:textId="77777777" w:rsidR="002E7F91" w:rsidRDefault="002E7F91">
      <w:pPr>
        <w:pStyle w:val="Section"/>
        <w:pBdr>
          <w:bottom w:val="single" w:sz="6" w:space="0" w:color="B8D4DC"/>
        </w:pBdr>
      </w:pPr>
    </w:p>
    <w:p w14:paraId="791ED6FD" w14:textId="77777777" w:rsidR="002E7F91" w:rsidRDefault="002E7F91">
      <w:pPr>
        <w:pStyle w:val="Section"/>
        <w:pBdr>
          <w:bottom w:val="single" w:sz="6" w:space="0" w:color="B8D4DC"/>
        </w:pBdr>
      </w:pPr>
    </w:p>
    <w:p w14:paraId="304E16A1" w14:textId="587F34AB" w:rsidR="00D11E58" w:rsidRDefault="00000000">
      <w:pPr>
        <w:pStyle w:val="Section"/>
        <w:pBdr>
          <w:bottom w:val="single" w:sz="6" w:space="0" w:color="B8D4DC"/>
        </w:pBdr>
      </w:pPr>
      <w:r>
        <w:t>PROFESSIONAL EXPERIENCE</w:t>
      </w:r>
    </w:p>
    <w:p w14:paraId="3EC6FA47" w14:textId="77777777" w:rsidR="00D11E58" w:rsidRDefault="00000000">
      <w:pPr>
        <w:pStyle w:val="Job"/>
      </w:pPr>
      <w:r>
        <w:t>GENERATIVE AI ENGINEER</w:t>
      </w:r>
    </w:p>
    <w:p w14:paraId="727C3CD2" w14:textId="77777777" w:rsidR="00D11E58" w:rsidRDefault="00000000">
      <w:pPr>
        <w:spacing w:after="0"/>
      </w:pPr>
      <w:r>
        <w:rPr>
          <w:b/>
        </w:rPr>
        <w:t>Client:</w:t>
      </w:r>
      <w:r>
        <w:t xml:space="preserve"> Everest</w:t>
      </w:r>
    </w:p>
    <w:p w14:paraId="23364BFC" w14:textId="77777777" w:rsidR="00D11E58" w:rsidRDefault="00000000">
      <w:pPr>
        <w:spacing w:after="0"/>
      </w:pPr>
      <w:r>
        <w:rPr>
          <w:b/>
        </w:rPr>
        <w:t>Location:</w:t>
      </w:r>
      <w:r>
        <w:t xml:space="preserve"> New Jersey, USA</w:t>
      </w:r>
    </w:p>
    <w:p w14:paraId="750DDA96" w14:textId="77777777" w:rsidR="00D11E58" w:rsidRDefault="00000000">
      <w:pPr>
        <w:spacing w:after="0"/>
      </w:pPr>
      <w:r>
        <w:rPr>
          <w:b/>
        </w:rPr>
        <w:t>Duration:</w:t>
      </w:r>
      <w:r>
        <w:t xml:space="preserve"> March 2025 – Present</w:t>
      </w:r>
    </w:p>
    <w:p w14:paraId="2F8796BE" w14:textId="77777777" w:rsidR="00D11E58" w:rsidRDefault="00000000">
      <w:r>
        <w:rPr>
          <w:b/>
        </w:rPr>
        <w:t>Project: Enterprise Generative AI &amp; Telecom Data Integration</w:t>
      </w:r>
    </w:p>
    <w:p w14:paraId="7FAEC060" w14:textId="77777777" w:rsidR="00D11E58" w:rsidRDefault="00000000">
      <w:pPr>
        <w:pStyle w:val="Sub"/>
      </w:pPr>
      <w:r>
        <w:t>Project Overview</w:t>
      </w:r>
    </w:p>
    <w:p w14:paraId="6E171C68" w14:textId="77777777" w:rsidR="00D11E58" w:rsidRDefault="00000000">
      <w:r>
        <w:t>Developed cloud-based data-processing and Generative AI solutions supporting telecom customer-care and retention workflows. The project integrated enterprise documents, subscriber information, eligibility rules, service procedures, and promotional offers to support retrieval-based AI applications and downstream customer-care systems.</w:t>
      </w:r>
    </w:p>
    <w:p w14:paraId="07A9B39A" w14:textId="77777777" w:rsidR="00D11E58" w:rsidRDefault="00000000">
      <w:pPr>
        <w:pStyle w:val="Sub"/>
      </w:pPr>
      <w:r>
        <w:t>Roles &amp; Responsibilities</w:t>
      </w:r>
    </w:p>
    <w:p w14:paraId="145BCB21" w14:textId="77777777" w:rsidR="00D11E58" w:rsidRDefault="00000000">
      <w:pPr>
        <w:pStyle w:val="ListBullet"/>
        <w:spacing w:after="40"/>
        <w:ind w:left="317" w:hanging="173"/>
      </w:pPr>
      <w:r>
        <w:t>Developed Python-based data-processing and AI integration solutions using GCP, REST APIs, and enterprise data sources for telecom customer-care applications.</w:t>
      </w:r>
    </w:p>
    <w:p w14:paraId="208C5C99" w14:textId="77777777" w:rsidR="00D11E58" w:rsidRDefault="00000000">
      <w:pPr>
        <w:pStyle w:val="ListBullet"/>
        <w:spacing w:after="40"/>
        <w:ind w:left="317" w:hanging="173"/>
      </w:pPr>
      <w:r>
        <w:t>Designed ingestion and retrieval workflows for structured and unstructured information, including retention policies, service procedures, eligibility criteria, and promotional offers.</w:t>
      </w:r>
    </w:p>
    <w:p w14:paraId="43C9287B" w14:textId="77777777" w:rsidR="00D11E58" w:rsidRDefault="00000000">
      <w:pPr>
        <w:pStyle w:val="ListBullet"/>
        <w:spacing w:after="40"/>
        <w:ind w:left="317" w:hanging="173"/>
      </w:pPr>
      <w:r>
        <w:t>Built document-processing pipelines using Python for text preprocessing, document chunking, metadata handling, embeddings, and contextual retrieval.</w:t>
      </w:r>
    </w:p>
    <w:p w14:paraId="1722DACA" w14:textId="77777777" w:rsidR="00D11E58" w:rsidRDefault="00000000">
      <w:pPr>
        <w:pStyle w:val="ListBullet"/>
        <w:spacing w:after="40"/>
        <w:ind w:left="317" w:hanging="173"/>
      </w:pPr>
      <w:r>
        <w:t>Implemented retrieval-augmented generation workflows to retrieve relevant enterprise information for AI-enabled applications.</w:t>
      </w:r>
    </w:p>
    <w:p w14:paraId="2F3044A3" w14:textId="77777777" w:rsidR="00D11E58" w:rsidRDefault="00000000">
      <w:pPr>
        <w:pStyle w:val="ListBullet"/>
        <w:spacing w:after="40"/>
        <w:ind w:left="317" w:hanging="173"/>
      </w:pPr>
      <w:r>
        <w:t>Developed backend services using Python and FastAPI to integrate retrieval workflows with enterprise telecom APIs.</w:t>
      </w:r>
    </w:p>
    <w:p w14:paraId="69C5DF1A" w14:textId="77777777" w:rsidR="00D11E58" w:rsidRDefault="00000000">
      <w:pPr>
        <w:pStyle w:val="ListBullet"/>
        <w:spacing w:after="40"/>
        <w:ind w:left="317" w:hanging="173"/>
      </w:pPr>
      <w:r>
        <w:t>Integrated authenticated REST APIs to access subscriber account details, eligibility information, available offers, and service-related data.</w:t>
      </w:r>
    </w:p>
    <w:p w14:paraId="670CE9FF" w14:textId="77777777" w:rsidR="00D11E58" w:rsidRDefault="00000000">
      <w:pPr>
        <w:pStyle w:val="ListBullet"/>
        <w:spacing w:after="40"/>
        <w:ind w:left="317" w:hanging="173"/>
      </w:pPr>
      <w:r>
        <w:t>Built reusable Python components for request validation, API response normalization, exception handling, and downstream data integration.</w:t>
      </w:r>
    </w:p>
    <w:p w14:paraId="7579B7A5" w14:textId="77777777" w:rsidR="00D11E58" w:rsidRDefault="00000000">
      <w:pPr>
        <w:pStyle w:val="ListBullet"/>
        <w:spacing w:after="40"/>
        <w:ind w:left="317" w:hanging="173"/>
      </w:pPr>
      <w:r>
        <w:t>Implemented semantic-search and vector-based retrieval workflows for enterprise documents and operational knowledge.</w:t>
      </w:r>
    </w:p>
    <w:p w14:paraId="5987373E" w14:textId="77777777" w:rsidR="00D11E58" w:rsidRDefault="00000000">
      <w:pPr>
        <w:pStyle w:val="ListBullet"/>
        <w:spacing w:after="40"/>
        <w:ind w:left="317" w:hanging="173"/>
      </w:pPr>
      <w:r>
        <w:t>Developed evaluation processes using historical customer-care interactions to assess retrieval quality, backend execution, task completion, and response consistency.</w:t>
      </w:r>
    </w:p>
    <w:p w14:paraId="335F1A91" w14:textId="77777777" w:rsidR="00D11E58" w:rsidRDefault="00000000">
      <w:pPr>
        <w:pStyle w:val="ListBullet"/>
        <w:spacing w:after="40"/>
        <w:ind w:left="317" w:hanging="173"/>
      </w:pPr>
      <w:r>
        <w:t>Applied GCP IAM, service-to-service authentication, PII masking, and approved-data access boundaries to support secure information handling.</w:t>
      </w:r>
    </w:p>
    <w:p w14:paraId="628B0CBB" w14:textId="77777777" w:rsidR="00D11E58" w:rsidRDefault="00000000">
      <w:pPr>
        <w:pStyle w:val="ListBullet"/>
        <w:spacing w:after="40"/>
        <w:ind w:left="317" w:hanging="173"/>
      </w:pPr>
      <w:r>
        <w:t>Containerized Python data-processing and integration services using Docker and deployed workloads on Google Kubernetes Engine.</w:t>
      </w:r>
    </w:p>
    <w:p w14:paraId="0B745CE5" w14:textId="77777777" w:rsidR="00D11E58" w:rsidRDefault="00000000">
      <w:pPr>
        <w:pStyle w:val="ListBullet"/>
        <w:spacing w:after="40"/>
        <w:ind w:left="317" w:hanging="173"/>
      </w:pPr>
      <w:r>
        <w:t>Supported CI/CD pipelines for automated testing, container builds, application deployment, and release management.</w:t>
      </w:r>
    </w:p>
    <w:p w14:paraId="0A1C7371" w14:textId="77777777" w:rsidR="00D11E58" w:rsidRDefault="00000000">
      <w:pPr>
        <w:pStyle w:val="ListBullet"/>
        <w:spacing w:after="40"/>
        <w:ind w:left="317" w:hanging="173"/>
      </w:pPr>
      <w:r>
        <w:t>Implemented validation checks to identify incomplete, malformed, or inconsistent data before downstream processing.</w:t>
      </w:r>
    </w:p>
    <w:p w14:paraId="00857D03" w14:textId="77777777" w:rsidR="00D11E58" w:rsidRDefault="00000000">
      <w:pPr>
        <w:pStyle w:val="ListBullet"/>
        <w:spacing w:after="40"/>
        <w:ind w:left="317" w:hanging="173"/>
      </w:pPr>
      <w:r>
        <w:t>Configured monitoring and logging to investigate processing failures, API issues, retrieval errors, and service-related problems.</w:t>
      </w:r>
    </w:p>
    <w:p w14:paraId="1C199018" w14:textId="77777777" w:rsidR="00D11E58" w:rsidRDefault="00000000">
      <w:pPr>
        <w:pStyle w:val="ListBullet"/>
        <w:spacing w:after="40"/>
        <w:ind w:left="317" w:hanging="173"/>
      </w:pPr>
      <w:r>
        <w:t>Troubleshot authentication, data-processing, API integration, and deployment issues across development and cloud environments.</w:t>
      </w:r>
    </w:p>
    <w:p w14:paraId="1BB99E72" w14:textId="77777777" w:rsidR="00D11E58" w:rsidRDefault="00000000">
      <w:pPr>
        <w:pStyle w:val="ListBullet"/>
        <w:spacing w:after="40"/>
        <w:ind w:left="317" w:hanging="173"/>
      </w:pPr>
      <w:r>
        <w:t>Maintained Git-based source control and documented integration workflows, operational procedures, and recovery steps.</w:t>
      </w:r>
    </w:p>
    <w:p w14:paraId="3B004375" w14:textId="77777777" w:rsidR="00D11E58" w:rsidRDefault="00000000">
      <w:pPr>
        <w:spacing w:before="80"/>
      </w:pPr>
      <w:r>
        <w:rPr>
          <w:b/>
        </w:rPr>
        <w:t>Technical Environment:</w:t>
      </w:r>
      <w:r>
        <w:t xml:space="preserve"> Python, SQL, GCP, GKE, FastAPI, REST APIs, Docker, Kubernetes, IAM, Embeddings, RAG, Vector Search, Git, CI/CD, Data Processing, Data Validation.</w:t>
      </w:r>
    </w:p>
    <w:p w14:paraId="1428BF01" w14:textId="77777777" w:rsidR="00D11E58" w:rsidRDefault="00000000">
      <w:pPr>
        <w:pStyle w:val="Job"/>
      </w:pPr>
      <w:r>
        <w:t>AI/ML ENGINEER</w:t>
      </w:r>
    </w:p>
    <w:p w14:paraId="7A343CE9" w14:textId="77777777" w:rsidR="00D11E58" w:rsidRDefault="00000000">
      <w:pPr>
        <w:spacing w:after="0"/>
      </w:pPr>
      <w:r>
        <w:rPr>
          <w:b/>
        </w:rPr>
        <w:t>Client:</w:t>
      </w:r>
      <w:r>
        <w:t xml:space="preserve"> TD Bank</w:t>
      </w:r>
    </w:p>
    <w:p w14:paraId="4111B5A6" w14:textId="77777777" w:rsidR="00D11E58" w:rsidRDefault="00000000">
      <w:pPr>
        <w:spacing w:after="0"/>
      </w:pPr>
      <w:r>
        <w:rPr>
          <w:b/>
        </w:rPr>
        <w:t>Location:</w:t>
      </w:r>
      <w:r>
        <w:t xml:space="preserve"> New York, NY, USA</w:t>
      </w:r>
    </w:p>
    <w:p w14:paraId="5F7276A5" w14:textId="77777777" w:rsidR="00D11E58" w:rsidRDefault="00000000">
      <w:pPr>
        <w:spacing w:after="0"/>
      </w:pPr>
      <w:r>
        <w:rPr>
          <w:b/>
        </w:rPr>
        <w:t>Duration:</w:t>
      </w:r>
      <w:r>
        <w:t xml:space="preserve"> February 2023 – January 2025</w:t>
      </w:r>
    </w:p>
    <w:p w14:paraId="453E93DF" w14:textId="77777777" w:rsidR="00D11E58" w:rsidRDefault="00000000">
      <w:r>
        <w:rPr>
          <w:b/>
        </w:rPr>
        <w:t>Project: Credit Risk Analytics, Machine Learning &amp; Data Processing</w:t>
      </w:r>
    </w:p>
    <w:p w14:paraId="0CBBBC7D" w14:textId="77777777" w:rsidR="00D11E58" w:rsidRDefault="00000000">
      <w:pPr>
        <w:pStyle w:val="Sub"/>
      </w:pPr>
      <w:r>
        <w:t>Project Overview</w:t>
      </w:r>
    </w:p>
    <w:p w14:paraId="193ABF29" w14:textId="77777777" w:rsidR="00D11E58" w:rsidRDefault="00000000">
      <w:r>
        <w:t>Supported lending and credit-risk applications through data engineering, machine-learning data preparation, document processing, and Python-based backend services. The project involved processing applicant, account, payment, credit, and policy information for credit-risk analysis, expected-loss modeling, and downstream lending systems.</w:t>
      </w:r>
    </w:p>
    <w:p w14:paraId="7DC440C3" w14:textId="77777777" w:rsidR="00D11E58" w:rsidRDefault="00000000">
      <w:pPr>
        <w:pStyle w:val="Sub"/>
      </w:pPr>
      <w:r>
        <w:lastRenderedPageBreak/>
        <w:t>Roles &amp; Responsibilities</w:t>
      </w:r>
    </w:p>
    <w:p w14:paraId="6CF573DF" w14:textId="77777777" w:rsidR="00D11E58" w:rsidRDefault="00000000">
      <w:pPr>
        <w:pStyle w:val="ListBullet"/>
        <w:spacing w:after="40"/>
        <w:ind w:left="317" w:hanging="173"/>
      </w:pPr>
      <w:r>
        <w:t>Developed Python, SQL, and PySpark data-processing workflows to prepare lending datasets from applicant, account, payment, and credit-related source information.</w:t>
      </w:r>
    </w:p>
    <w:p w14:paraId="1F6B15BE" w14:textId="77777777" w:rsidR="00D11E58" w:rsidRDefault="00000000">
      <w:pPr>
        <w:pStyle w:val="ListBullet"/>
        <w:spacing w:after="40"/>
        <w:ind w:left="317" w:hanging="173"/>
      </w:pPr>
      <w:r>
        <w:t>Built reusable data transformation components to standardize financial data and support analytical and machine-learning applications.</w:t>
      </w:r>
    </w:p>
    <w:p w14:paraId="6A2DEADE" w14:textId="77777777" w:rsidR="00D11E58" w:rsidRDefault="00000000">
      <w:pPr>
        <w:pStyle w:val="ListBullet"/>
        <w:spacing w:after="40"/>
        <w:ind w:left="317" w:hanging="173"/>
      </w:pPr>
      <w:r>
        <w:t>Implemented data-validation checks for missing values, duplicate records, invalid attributes, inconsistent formats, and source-data exceptions.</w:t>
      </w:r>
    </w:p>
    <w:p w14:paraId="7E984679" w14:textId="77777777" w:rsidR="00D11E58" w:rsidRDefault="00000000">
      <w:pPr>
        <w:pStyle w:val="ListBullet"/>
        <w:spacing w:after="40"/>
        <w:ind w:left="317" w:hanging="173"/>
      </w:pPr>
      <w:r>
        <w:t>Developed repeatable processing workflows supporting credit-risk classification and expected-loss modeling.</w:t>
      </w:r>
    </w:p>
    <w:p w14:paraId="32D48B84" w14:textId="77777777" w:rsidR="00D11E58" w:rsidRDefault="00000000">
      <w:pPr>
        <w:pStyle w:val="ListBullet"/>
        <w:spacing w:after="40"/>
        <w:ind w:left="317" w:hanging="173"/>
      </w:pPr>
      <w:r>
        <w:t>Prepared model-ready datasets through data cleansing, transformation, validation, and feature engineering.</w:t>
      </w:r>
    </w:p>
    <w:p w14:paraId="1EF90EA9" w14:textId="77777777" w:rsidR="00D11E58" w:rsidRDefault="00000000">
      <w:pPr>
        <w:pStyle w:val="ListBullet"/>
        <w:spacing w:after="40"/>
        <w:ind w:left="317" w:hanging="173"/>
      </w:pPr>
      <w:r>
        <w:t>Developed Python REST APIs to expose analytical results and model outputs to downstream lending applications.</w:t>
      </w:r>
    </w:p>
    <w:p w14:paraId="53B43CB7" w14:textId="77777777" w:rsidR="00D11E58" w:rsidRDefault="00000000">
      <w:pPr>
        <w:pStyle w:val="ListBullet"/>
        <w:spacing w:after="40"/>
        <w:ind w:left="317" w:hanging="173"/>
      </w:pPr>
      <w:r>
        <w:t>Designed document-ingestion workflows involving preprocessing, metadata extraction, document versioning, segmentation, and searchable indexing.</w:t>
      </w:r>
    </w:p>
    <w:p w14:paraId="448A11B8" w14:textId="77777777" w:rsidR="00D11E58" w:rsidRDefault="00000000">
      <w:pPr>
        <w:pStyle w:val="ListBullet"/>
        <w:spacing w:after="40"/>
        <w:ind w:left="317" w:hanging="173"/>
      </w:pPr>
      <w:r>
        <w:t>Implemented semantic-search and vector-retrieval capabilities for structured and unstructured lending-policy information.</w:t>
      </w:r>
    </w:p>
    <w:p w14:paraId="7FD6A67E" w14:textId="77777777" w:rsidR="00D11E58" w:rsidRDefault="00000000">
      <w:pPr>
        <w:pStyle w:val="ListBullet"/>
        <w:spacing w:after="40"/>
        <w:ind w:left="317" w:hanging="173"/>
      </w:pPr>
      <w:r>
        <w:t>Built data-processing components to support retrieval workflows and downstream consumption of policy-related information.</w:t>
      </w:r>
    </w:p>
    <w:p w14:paraId="68BE2A21" w14:textId="77777777" w:rsidR="00D11E58" w:rsidRDefault="00000000">
      <w:pPr>
        <w:pStyle w:val="ListBullet"/>
        <w:spacing w:after="40"/>
        <w:ind w:left="317" w:hanging="173"/>
      </w:pPr>
      <w:r>
        <w:t>Containerized Python services using Docker and supported deployment to GCP/GKE environments.</w:t>
      </w:r>
    </w:p>
    <w:p w14:paraId="626325A7" w14:textId="77777777" w:rsidR="00D11E58" w:rsidRDefault="00000000">
      <w:pPr>
        <w:pStyle w:val="ListBullet"/>
        <w:spacing w:after="40"/>
        <w:ind w:left="317" w:hanging="173"/>
      </w:pPr>
      <w:r>
        <w:t>Used Terraform to maintain infrastructure configurations supporting cloud-based application and data-processing services.</w:t>
      </w:r>
    </w:p>
    <w:p w14:paraId="10A86691" w14:textId="77777777" w:rsidR="00D11E58" w:rsidRDefault="00000000">
      <w:pPr>
        <w:pStyle w:val="ListBullet"/>
        <w:spacing w:after="40"/>
        <w:ind w:left="317" w:hanging="173"/>
      </w:pPr>
      <w:r>
        <w:t>Implemented unit and integration tests across data preparation, ingestion, scoring APIs, authentication, and downstream dependencies.</w:t>
      </w:r>
    </w:p>
    <w:p w14:paraId="2773758F" w14:textId="77777777" w:rsidR="00D11E58" w:rsidRDefault="00000000">
      <w:pPr>
        <w:pStyle w:val="ListBullet"/>
        <w:spacing w:after="40"/>
        <w:ind w:left="317" w:hanging="173"/>
      </w:pPr>
      <w:r>
        <w:t>Supported automated build, testing, and deployment workflows through Git-based CI/CD processes.</w:t>
      </w:r>
    </w:p>
    <w:p w14:paraId="1371C139" w14:textId="77777777" w:rsidR="00D11E58" w:rsidRDefault="00000000">
      <w:pPr>
        <w:pStyle w:val="ListBullet"/>
        <w:spacing w:after="40"/>
        <w:ind w:left="317" w:hanging="173"/>
      </w:pPr>
      <w:r>
        <w:t>Monitored processing failures, API availability, latency, retrieval issues, and data freshness across recurring workloads.</w:t>
      </w:r>
    </w:p>
    <w:p w14:paraId="0E0E6C1F" w14:textId="77777777" w:rsidR="00D11E58" w:rsidRDefault="00000000">
      <w:pPr>
        <w:pStyle w:val="ListBullet"/>
        <w:spacing w:after="40"/>
        <w:ind w:left="317" w:hanging="173"/>
      </w:pPr>
      <w:r>
        <w:t>Implemented structured logging and exception handling to simplify troubleshooting and operational recovery.</w:t>
      </w:r>
    </w:p>
    <w:p w14:paraId="5A568E84" w14:textId="77777777" w:rsidR="00D11E58" w:rsidRDefault="00000000">
      <w:pPr>
        <w:pStyle w:val="ListBullet"/>
        <w:spacing w:after="40"/>
        <w:ind w:left="317" w:hanging="173"/>
      </w:pPr>
      <w:r>
        <w:t>Collaborated with application and data teams to resolve API integration, authentication, data-dependency, and downstream processing issues.</w:t>
      </w:r>
    </w:p>
    <w:p w14:paraId="45A65311" w14:textId="77777777" w:rsidR="00D11E58" w:rsidRDefault="00000000">
      <w:pPr>
        <w:spacing w:before="80"/>
      </w:pPr>
      <w:r>
        <w:rPr>
          <w:b/>
        </w:rPr>
        <w:t>Technical Environment:</w:t>
      </w:r>
      <w:r>
        <w:t xml:space="preserve"> Python, SQL, PySpark, GCP, GKE, Docker, Kubernetes, Terraform, REST APIs, FastAPI, Machine Learning, Embeddings, Vector Search, Git, CI/CD, Data Validation.</w:t>
      </w:r>
    </w:p>
    <w:p w14:paraId="18CD8959" w14:textId="77777777" w:rsidR="00D11E58" w:rsidRDefault="00000000">
      <w:pPr>
        <w:pStyle w:val="Job"/>
      </w:pPr>
      <w:r>
        <w:t>DATA ENGINEER</w:t>
      </w:r>
    </w:p>
    <w:p w14:paraId="201ACA77" w14:textId="77777777" w:rsidR="00D11E58" w:rsidRDefault="00000000">
      <w:pPr>
        <w:spacing w:after="0"/>
      </w:pPr>
      <w:r>
        <w:rPr>
          <w:b/>
        </w:rPr>
        <w:t>Client:</w:t>
      </w:r>
      <w:r>
        <w:t xml:space="preserve"> Blue Cross Blue Shield</w:t>
      </w:r>
    </w:p>
    <w:p w14:paraId="3ED5F45F" w14:textId="77777777" w:rsidR="00D11E58" w:rsidRDefault="00000000">
      <w:pPr>
        <w:spacing w:after="0"/>
      </w:pPr>
      <w:r>
        <w:rPr>
          <w:b/>
        </w:rPr>
        <w:t>Location:</w:t>
      </w:r>
      <w:r>
        <w:t xml:space="preserve"> Hyderabad, India</w:t>
      </w:r>
    </w:p>
    <w:p w14:paraId="310CC2BE" w14:textId="77777777" w:rsidR="00D11E58" w:rsidRDefault="00000000">
      <w:pPr>
        <w:spacing w:after="0"/>
      </w:pPr>
      <w:r>
        <w:rPr>
          <w:b/>
        </w:rPr>
        <w:t>Duration:</w:t>
      </w:r>
      <w:r>
        <w:t xml:space="preserve"> August 2019 – July 2021</w:t>
      </w:r>
    </w:p>
    <w:p w14:paraId="5197D1E2" w14:textId="77777777" w:rsidR="00D11E58" w:rsidRDefault="00000000">
      <w:r>
        <w:rPr>
          <w:b/>
        </w:rPr>
        <w:t>Project: Healthcare Data Integration &amp; Risk Analytics</w:t>
      </w:r>
    </w:p>
    <w:p w14:paraId="485BA34B" w14:textId="77777777" w:rsidR="00D11E58" w:rsidRDefault="00000000">
      <w:pPr>
        <w:pStyle w:val="Sub"/>
      </w:pPr>
      <w:r>
        <w:t>Project Overview</w:t>
      </w:r>
    </w:p>
    <w:p w14:paraId="7E944610" w14:textId="77777777" w:rsidR="00D11E58" w:rsidRDefault="00000000">
      <w:r>
        <w:t>Developed data engineering workflows supporting healthcare analytics, member-level data integration, risk scoring, and care-management applications. The project consolidated medical claims, pharmacy, eligibility, and enrollment information from multiple source systems into standardized datasets for recurring analytical processing.</w:t>
      </w:r>
    </w:p>
    <w:p w14:paraId="1950E181" w14:textId="77777777" w:rsidR="00D11E58" w:rsidRDefault="00000000">
      <w:pPr>
        <w:pStyle w:val="Sub"/>
      </w:pPr>
      <w:r>
        <w:t>Roles &amp; Responsibilities</w:t>
      </w:r>
    </w:p>
    <w:p w14:paraId="4EE7D7EC" w14:textId="77777777" w:rsidR="00D11E58" w:rsidRDefault="00000000">
      <w:pPr>
        <w:pStyle w:val="ListBullet"/>
        <w:spacing w:after="40"/>
        <w:ind w:left="317" w:hanging="173"/>
      </w:pPr>
      <w:r>
        <w:t>Developed Python, SQL, and PySpark data pipelines to ingest, process, and consolidate healthcare information from multiple source systems.</w:t>
      </w:r>
    </w:p>
    <w:p w14:paraId="2F534C35" w14:textId="77777777" w:rsidR="00D11E58" w:rsidRDefault="00000000">
      <w:pPr>
        <w:pStyle w:val="ListBullet"/>
        <w:spacing w:after="40"/>
        <w:ind w:left="317" w:hanging="173"/>
      </w:pPr>
      <w:r>
        <w:t>Integrated medical claims, pharmacy, eligibility, and enrollment datasets into standardized member-level data structures.</w:t>
      </w:r>
    </w:p>
    <w:p w14:paraId="299F4E12" w14:textId="77777777" w:rsidR="00D11E58" w:rsidRDefault="00000000">
      <w:pPr>
        <w:pStyle w:val="ListBullet"/>
        <w:spacing w:after="40"/>
        <w:ind w:left="317" w:hanging="173"/>
      </w:pPr>
      <w:r>
        <w:t>Built reusable PySpark components for processing utilization history, prior admissions, chronic-condition indicators, medication activity, and eligibility attributes.</w:t>
      </w:r>
    </w:p>
    <w:p w14:paraId="5F82C095" w14:textId="77777777" w:rsidR="00D11E58" w:rsidRDefault="00000000">
      <w:pPr>
        <w:pStyle w:val="ListBullet"/>
        <w:spacing w:after="40"/>
        <w:ind w:left="317" w:hanging="173"/>
      </w:pPr>
      <w:r>
        <w:t>Developed preprocessing and feature-engineering workflows to maintain consistent data logic across recurring risk-scoring cycles.</w:t>
      </w:r>
    </w:p>
    <w:p w14:paraId="36230F3D" w14:textId="77777777" w:rsidR="00D11E58" w:rsidRDefault="00000000">
      <w:pPr>
        <w:pStyle w:val="ListBullet"/>
        <w:spacing w:after="40"/>
        <w:ind w:left="317" w:hanging="173"/>
      </w:pPr>
      <w:r>
        <w:t>Implemented ETL/ELT processes covering data ingestion, validation, transformation, feature preparation, and standardized output generation.</w:t>
      </w:r>
    </w:p>
    <w:p w14:paraId="7A0C5B57" w14:textId="77777777" w:rsidR="00D11E58" w:rsidRDefault="00000000">
      <w:pPr>
        <w:pStyle w:val="ListBullet"/>
        <w:spacing w:after="40"/>
        <w:ind w:left="317" w:hanging="173"/>
      </w:pPr>
      <w:r>
        <w:t>Developed data-quality checks to identify missing claims, duplicate records, invalid member joins, and incomplete source information.</w:t>
      </w:r>
    </w:p>
    <w:p w14:paraId="4719240C" w14:textId="77777777" w:rsidR="00D11E58" w:rsidRDefault="00000000">
      <w:pPr>
        <w:pStyle w:val="ListBullet"/>
        <w:spacing w:after="40"/>
        <w:ind w:left="317" w:hanging="173"/>
      </w:pPr>
      <w:r>
        <w:t>Implemented schema validation and source-volume checks to detect changes in incoming data and incomplete historical records.</w:t>
      </w:r>
    </w:p>
    <w:p w14:paraId="2A88BB8C" w14:textId="77777777" w:rsidR="00D11E58" w:rsidRDefault="00000000">
      <w:pPr>
        <w:pStyle w:val="ListBullet"/>
        <w:spacing w:after="40"/>
        <w:ind w:left="317" w:hanging="173"/>
      </w:pPr>
      <w:r>
        <w:t>Automated recurring monthly data-refresh and scoring workloads using Azure-based storage and compute services.</w:t>
      </w:r>
    </w:p>
    <w:p w14:paraId="5A8FC5DF" w14:textId="77777777" w:rsidR="00D11E58" w:rsidRDefault="00000000">
      <w:pPr>
        <w:pStyle w:val="ListBullet"/>
        <w:spacing w:after="40"/>
        <w:ind w:left="317" w:hanging="173"/>
      </w:pPr>
      <w:r>
        <w:t>Supported cloud-based batch-processing workflows using object storage, distributed processing, and scheduled execution.</w:t>
      </w:r>
    </w:p>
    <w:p w14:paraId="58A6D7F3" w14:textId="77777777" w:rsidR="00D11E58" w:rsidRDefault="00000000">
      <w:pPr>
        <w:pStyle w:val="ListBullet"/>
        <w:spacing w:after="40"/>
        <w:ind w:left="317" w:hanging="173"/>
      </w:pPr>
      <w:r>
        <w:t>Implemented structured logging, exception handling, and restartable processing stages to support recovery from pipeline failures.</w:t>
      </w:r>
    </w:p>
    <w:p w14:paraId="13B75A40" w14:textId="77777777" w:rsidR="00D11E58" w:rsidRDefault="00000000">
      <w:pPr>
        <w:pStyle w:val="ListBullet"/>
        <w:spacing w:after="40"/>
        <w:ind w:left="317" w:hanging="173"/>
      </w:pPr>
      <w:r>
        <w:t>Investigated data-quality exceptions and processing errors, coordinating corrections and reruns when required.</w:t>
      </w:r>
    </w:p>
    <w:p w14:paraId="7C0DFBF9" w14:textId="77777777" w:rsidR="00D11E58" w:rsidRDefault="00000000">
      <w:pPr>
        <w:pStyle w:val="ListBullet"/>
        <w:spacing w:after="40"/>
        <w:ind w:left="317" w:hanging="173"/>
      </w:pPr>
      <w:r>
        <w:t>Standardized healthcare datasets to maintain consistent transformation logic across analytical and scoring applications.</w:t>
      </w:r>
    </w:p>
    <w:p w14:paraId="3F887E89" w14:textId="77777777" w:rsidR="00D11E58" w:rsidRDefault="00000000">
      <w:pPr>
        <w:pStyle w:val="ListBullet"/>
        <w:spacing w:after="40"/>
        <w:ind w:left="317" w:hanging="173"/>
      </w:pPr>
      <w:r>
        <w:t>Collaborated with technical and business stakeholders to clarify source requirements, validation rules, and downstream data expectations.</w:t>
      </w:r>
    </w:p>
    <w:p w14:paraId="726B2A01" w14:textId="77777777" w:rsidR="00D11E58" w:rsidRDefault="00000000">
      <w:pPr>
        <w:spacing w:before="80"/>
      </w:pPr>
      <w:r>
        <w:rPr>
          <w:b/>
        </w:rPr>
        <w:lastRenderedPageBreak/>
        <w:t>Technical Environment:</w:t>
      </w:r>
      <w:r>
        <w:t xml:space="preserve"> Python, SQL, PySpark, Microsoft Azure, Data Pipelines, ETL/ELT, Data Validation, Feature Engineering, Batch Processing, Structured Logging, Data Quality, Healthcare Data.</w:t>
      </w:r>
    </w:p>
    <w:p w14:paraId="14375935" w14:textId="77777777" w:rsidR="00D11E58" w:rsidRDefault="00000000">
      <w:pPr>
        <w:pStyle w:val="Job"/>
      </w:pPr>
      <w:r>
        <w:t>DATA ANALYTICS ENGINEER</w:t>
      </w:r>
    </w:p>
    <w:p w14:paraId="2A660F03" w14:textId="77777777" w:rsidR="00D11E58" w:rsidRDefault="00000000">
      <w:pPr>
        <w:spacing w:after="0"/>
      </w:pPr>
      <w:r>
        <w:rPr>
          <w:b/>
        </w:rPr>
        <w:t>Client:</w:t>
      </w:r>
      <w:r>
        <w:t xml:space="preserve"> PepsiCo</w:t>
      </w:r>
    </w:p>
    <w:p w14:paraId="285AA7E1" w14:textId="77777777" w:rsidR="00D11E58" w:rsidRDefault="00000000">
      <w:pPr>
        <w:spacing w:after="0"/>
      </w:pPr>
      <w:r>
        <w:rPr>
          <w:b/>
        </w:rPr>
        <w:t>Location:</w:t>
      </w:r>
      <w:r>
        <w:t xml:space="preserve"> Hyderabad, India</w:t>
      </w:r>
    </w:p>
    <w:p w14:paraId="38E728A6" w14:textId="77777777" w:rsidR="00D11E58" w:rsidRDefault="00000000">
      <w:pPr>
        <w:spacing w:after="0"/>
      </w:pPr>
      <w:r>
        <w:rPr>
          <w:b/>
        </w:rPr>
        <w:t>Duration:</w:t>
      </w:r>
      <w:r>
        <w:t xml:space="preserve"> August 2017 – June 2019</w:t>
      </w:r>
    </w:p>
    <w:p w14:paraId="170F2DD7" w14:textId="77777777" w:rsidR="00D11E58" w:rsidRDefault="00000000">
      <w:r>
        <w:rPr>
          <w:b/>
        </w:rPr>
        <w:t>Project: Commercial Data Integration &amp; Sales Analytics</w:t>
      </w:r>
    </w:p>
    <w:p w14:paraId="3C5E5A29" w14:textId="77777777" w:rsidR="00D11E58" w:rsidRDefault="00000000">
      <w:pPr>
        <w:pStyle w:val="Sub"/>
      </w:pPr>
      <w:r>
        <w:t>Project Overview</w:t>
      </w:r>
    </w:p>
    <w:p w14:paraId="0AB5B48F" w14:textId="77777777" w:rsidR="00D11E58" w:rsidRDefault="00000000">
      <w:r>
        <w:t>Developed commercial data integration and analytics workflows involving point-of-sale, distributor, product, pricing, and promotional information. The project standardized multiple source feeds to support sales reporting, demand planning, trade marketing, and commercial analysis.</w:t>
      </w:r>
    </w:p>
    <w:p w14:paraId="77DC875F" w14:textId="77777777" w:rsidR="00D11E58" w:rsidRDefault="00000000">
      <w:pPr>
        <w:pStyle w:val="Sub"/>
      </w:pPr>
      <w:r>
        <w:t>Roles &amp; Responsibilities</w:t>
      </w:r>
    </w:p>
    <w:p w14:paraId="624234E8" w14:textId="77777777" w:rsidR="00D11E58" w:rsidRDefault="00000000">
      <w:pPr>
        <w:pStyle w:val="ListBullet"/>
        <w:spacing w:after="40"/>
        <w:ind w:left="317" w:hanging="173"/>
      </w:pPr>
      <w:r>
        <w:t>Developed Python and SQL-based data workflows to integrate point-of-sale, distributor, product, pricing, and promotional datasets.</w:t>
      </w:r>
    </w:p>
    <w:p w14:paraId="20F4899E" w14:textId="77777777" w:rsidR="00D11E58" w:rsidRDefault="00000000">
      <w:pPr>
        <w:pStyle w:val="ListBullet"/>
        <w:spacing w:after="40"/>
        <w:ind w:left="317" w:hanging="173"/>
      </w:pPr>
      <w:r>
        <w:t>Designed reusable SQL transformations for product hierarchies, retailer information, geographic regions, promotions, and reporting periods.</w:t>
      </w:r>
    </w:p>
    <w:p w14:paraId="60502400" w14:textId="77777777" w:rsidR="00D11E58" w:rsidRDefault="00000000">
      <w:pPr>
        <w:pStyle w:val="ListBullet"/>
        <w:spacing w:after="40"/>
        <w:ind w:left="317" w:hanging="173"/>
      </w:pPr>
      <w:r>
        <w:t>Integrated distributor feeds containing different source schemas and point-of-sale formats into standardized downstream data structures.</w:t>
      </w:r>
    </w:p>
    <w:p w14:paraId="7D81F747" w14:textId="77777777" w:rsidR="00D11E58" w:rsidRDefault="00000000">
      <w:pPr>
        <w:pStyle w:val="ListBullet"/>
        <w:spacing w:after="40"/>
        <w:ind w:left="317" w:hanging="173"/>
      </w:pPr>
      <w:r>
        <w:t>Automated source extraction, file ingestion, transformation, validation, and output generation using Python.</w:t>
      </w:r>
    </w:p>
    <w:p w14:paraId="7DF8527B" w14:textId="77777777" w:rsidR="00D11E58" w:rsidRDefault="00000000">
      <w:pPr>
        <w:pStyle w:val="ListBullet"/>
        <w:spacing w:after="40"/>
        <w:ind w:left="317" w:hanging="173"/>
      </w:pPr>
      <w:r>
        <w:t>Developed configurable processing logic to accommodate different product categories, geographic regions, promotion types, and reporting cycles.</w:t>
      </w:r>
    </w:p>
    <w:p w14:paraId="3A8123E8" w14:textId="77777777" w:rsidR="00D11E58" w:rsidRDefault="00000000">
      <w:pPr>
        <w:pStyle w:val="ListBullet"/>
        <w:spacing w:after="40"/>
        <w:ind w:left="317" w:hanging="173"/>
      </w:pPr>
      <w:r>
        <w:t>Implemented data-validation rules to identify missing files, duplicate transactions, invalid product mappings, and inconsistent source schemas.</w:t>
      </w:r>
    </w:p>
    <w:p w14:paraId="074B526D" w14:textId="77777777" w:rsidR="00D11E58" w:rsidRDefault="00000000">
      <w:pPr>
        <w:pStyle w:val="ListBullet"/>
        <w:spacing w:after="40"/>
        <w:ind w:left="317" w:hanging="173"/>
      </w:pPr>
      <w:r>
        <w:t>Investigated unexpected sales volumes and source-data inconsistencies affecting commercial reporting.</w:t>
      </w:r>
    </w:p>
    <w:p w14:paraId="6FA5DC96" w14:textId="77777777" w:rsidR="00D11E58" w:rsidRDefault="00000000">
      <w:pPr>
        <w:pStyle w:val="ListBullet"/>
        <w:spacing w:after="40"/>
        <w:ind w:left="317" w:hanging="173"/>
      </w:pPr>
      <w:r>
        <w:t>Created standardized reporting datasets for demand-planning, sales, and trade-marketing teams.</w:t>
      </w:r>
    </w:p>
    <w:p w14:paraId="490C6126" w14:textId="77777777" w:rsidR="00D11E58" w:rsidRDefault="00000000">
      <w:pPr>
        <w:pStyle w:val="ListBullet"/>
        <w:spacing w:after="40"/>
        <w:ind w:left="317" w:hanging="173"/>
      </w:pPr>
      <w:r>
        <w:t>Developed recurring SQL transformations to prepare commercial datasets for reporting and analytical consumption.</w:t>
      </w:r>
    </w:p>
    <w:p w14:paraId="7AF7D5FA" w14:textId="77777777" w:rsidR="00D11E58" w:rsidRDefault="00000000">
      <w:pPr>
        <w:pStyle w:val="ListBullet"/>
        <w:spacing w:after="40"/>
        <w:ind w:left="317" w:hanging="173"/>
      </w:pPr>
      <w:r>
        <w:t>Implemented logging and exception handling to identify failed source loads and transformation errors.</w:t>
      </w:r>
    </w:p>
    <w:p w14:paraId="10D8DC99" w14:textId="77777777" w:rsidR="00D11E58" w:rsidRDefault="00000000">
      <w:pPr>
        <w:pStyle w:val="ListBullet"/>
        <w:spacing w:after="40"/>
        <w:ind w:left="317" w:hanging="173"/>
      </w:pPr>
      <w:r>
        <w:t>Supported troubleshooting and rerun activities for incomplete or unsuccessful processing jobs.</w:t>
      </w:r>
    </w:p>
    <w:p w14:paraId="6A9387F6" w14:textId="77777777" w:rsidR="00D11E58" w:rsidRDefault="00000000">
      <w:pPr>
        <w:pStyle w:val="ListBullet"/>
        <w:spacing w:after="40"/>
        <w:ind w:left="317" w:hanging="173"/>
      </w:pPr>
      <w:r>
        <w:t>Maintained documentation covering data-processing procedures, validation rules, and exception-handling requirements.</w:t>
      </w:r>
    </w:p>
    <w:p w14:paraId="38D3D2EA" w14:textId="77777777" w:rsidR="00D11E58" w:rsidRDefault="00000000">
      <w:pPr>
        <w:pStyle w:val="ListBullet"/>
        <w:spacing w:after="40"/>
        <w:ind w:left="317" w:hanging="173"/>
      </w:pPr>
      <w:r>
        <w:t>Worked with business users and data teams to clarify reporting requirements and resolve source-data issues.</w:t>
      </w:r>
    </w:p>
    <w:p w14:paraId="314F4016" w14:textId="77777777" w:rsidR="00D11E58" w:rsidRDefault="00000000">
      <w:pPr>
        <w:spacing w:before="80"/>
      </w:pPr>
      <w:r>
        <w:rPr>
          <w:b/>
        </w:rPr>
        <w:t>Technical Environment:</w:t>
      </w:r>
      <w:r>
        <w:t xml:space="preserve"> Python, SQL, ETL, Data Integration, Data Validation, Data Quality, Batch Processing, Data Transformation, Structured Logging, Commercial Analytics.</w:t>
      </w:r>
    </w:p>
    <w:p w14:paraId="485A671B" w14:textId="77777777" w:rsidR="00D11E58" w:rsidRDefault="00000000">
      <w:pPr>
        <w:pStyle w:val="Section"/>
        <w:pBdr>
          <w:bottom w:val="single" w:sz="6" w:space="0" w:color="B8D4DC"/>
        </w:pBdr>
      </w:pPr>
      <w:r>
        <w:t>EDUCATION</w:t>
      </w:r>
    </w:p>
    <w:p w14:paraId="4F324BDA" w14:textId="77777777" w:rsidR="00D11E58" w:rsidRDefault="00000000">
      <w:r>
        <w:rPr>
          <w:b/>
        </w:rPr>
        <w:t>Master of Science in Computer Science</w:t>
      </w:r>
    </w:p>
    <w:p w14:paraId="5794CA41" w14:textId="7A81E64D" w:rsidR="00D11E58" w:rsidRDefault="00E85B82">
      <w:r w:rsidRPr="00E85B82">
        <w:t xml:space="preserve">Lindsey Wilson University </w:t>
      </w:r>
      <w:r>
        <w:t>| 2022</w:t>
      </w:r>
    </w:p>
    <w:sectPr w:rsidR="00D11E58" w:rsidSect="002E7F91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5C242" w14:textId="77777777" w:rsidR="005B2E2C" w:rsidRDefault="005B2E2C">
      <w:pPr>
        <w:spacing w:after="0" w:line="240" w:lineRule="auto"/>
      </w:pPr>
      <w:r>
        <w:separator/>
      </w:r>
    </w:p>
  </w:endnote>
  <w:endnote w:type="continuationSeparator" w:id="0">
    <w:p w14:paraId="75FD1E75" w14:textId="77777777" w:rsidR="005B2E2C" w:rsidRDefault="005B2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C8875" w14:textId="77777777" w:rsidR="00D11E58" w:rsidRDefault="00000000">
    <w:pPr>
      <w:pStyle w:val="Footer"/>
      <w:jc w:val="center"/>
    </w:pPr>
    <w:r>
      <w:rPr>
        <w:sz w:val="16"/>
      </w:rPr>
      <w:t>RAKESH REDDY  |  DATA ENGINEERING &amp; AI/ML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1A082" w14:textId="77777777" w:rsidR="005B2E2C" w:rsidRDefault="005B2E2C">
      <w:pPr>
        <w:spacing w:after="0" w:line="240" w:lineRule="auto"/>
      </w:pPr>
      <w:r>
        <w:separator/>
      </w:r>
    </w:p>
  </w:footnote>
  <w:footnote w:type="continuationSeparator" w:id="0">
    <w:p w14:paraId="01902ED1" w14:textId="77777777" w:rsidR="005B2E2C" w:rsidRDefault="005B2E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8138338">
    <w:abstractNumId w:val="8"/>
  </w:num>
  <w:num w:numId="2" w16cid:durableId="1514759221">
    <w:abstractNumId w:val="6"/>
  </w:num>
  <w:num w:numId="3" w16cid:durableId="685450609">
    <w:abstractNumId w:val="5"/>
  </w:num>
  <w:num w:numId="4" w16cid:durableId="1017852304">
    <w:abstractNumId w:val="4"/>
  </w:num>
  <w:num w:numId="5" w16cid:durableId="1428967894">
    <w:abstractNumId w:val="7"/>
  </w:num>
  <w:num w:numId="6" w16cid:durableId="326709211">
    <w:abstractNumId w:val="3"/>
  </w:num>
  <w:num w:numId="7" w16cid:durableId="707603294">
    <w:abstractNumId w:val="2"/>
  </w:num>
  <w:num w:numId="8" w16cid:durableId="395468983">
    <w:abstractNumId w:val="1"/>
  </w:num>
  <w:num w:numId="9" w16cid:durableId="2064056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75A3"/>
    <w:rsid w:val="002853DE"/>
    <w:rsid w:val="0029639D"/>
    <w:rsid w:val="002D0E46"/>
    <w:rsid w:val="002E7F91"/>
    <w:rsid w:val="00326F90"/>
    <w:rsid w:val="004D1809"/>
    <w:rsid w:val="005B2E2C"/>
    <w:rsid w:val="006735C5"/>
    <w:rsid w:val="006B6591"/>
    <w:rsid w:val="006F6BAE"/>
    <w:rsid w:val="007C02D0"/>
    <w:rsid w:val="008876BB"/>
    <w:rsid w:val="00A80532"/>
    <w:rsid w:val="00AA1D8D"/>
    <w:rsid w:val="00B47730"/>
    <w:rsid w:val="00CB0664"/>
    <w:rsid w:val="00D11E58"/>
    <w:rsid w:val="00DC01F1"/>
    <w:rsid w:val="00E85B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3105CA"/>
  <w14:defaultImageDpi w14:val="300"/>
  <w15:docId w15:val="{AA0B974C-6F0F-46EF-B25F-071DAAB5A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6313E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Name">
    <w:name w:val="ResumeName"/>
    <w:basedOn w:val="Normal"/>
    <w:pPr>
      <w:keepNext/>
    </w:pPr>
    <w:rPr>
      <w:rFonts w:ascii="Aptos Display" w:hAnsi="Aptos Display"/>
      <w:b/>
      <w:color w:val="142D49"/>
      <w:sz w:val="40"/>
    </w:rPr>
  </w:style>
  <w:style w:type="paragraph" w:customStyle="1" w:styleId="Section">
    <w:name w:val="Section"/>
    <w:basedOn w:val="Normal"/>
    <w:pPr>
      <w:keepNext/>
      <w:spacing w:before="220" w:after="100"/>
    </w:pPr>
    <w:rPr>
      <w:b/>
      <w:color w:val="0E4B68"/>
      <w:sz w:val="21"/>
    </w:rPr>
  </w:style>
  <w:style w:type="paragraph" w:customStyle="1" w:styleId="Job">
    <w:name w:val="Job"/>
    <w:basedOn w:val="Normal"/>
    <w:pPr>
      <w:keepNext/>
      <w:spacing w:before="200" w:after="40"/>
    </w:pPr>
    <w:rPr>
      <w:b/>
      <w:color w:val="19344B"/>
      <w:sz w:val="20"/>
    </w:rPr>
  </w:style>
  <w:style w:type="paragraph" w:customStyle="1" w:styleId="Sub">
    <w:name w:val="Sub"/>
    <w:basedOn w:val="Normal"/>
    <w:pPr>
      <w:keepNext/>
      <w:spacing w:before="120" w:after="40"/>
    </w:pPr>
    <w:rPr>
      <w:b/>
      <w:color w:val="274859"/>
    </w:rPr>
  </w:style>
  <w:style w:type="character" w:styleId="Hyperlink">
    <w:name w:val="Hyperlink"/>
    <w:basedOn w:val="DefaultParagraphFont"/>
    <w:uiPriority w:val="99"/>
    <w:unhideWhenUsed/>
    <w:rsid w:val="004D180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18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nkedin.com/in/rakesh-reddy-5a626840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2041</Words>
  <Characters>11640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Bhanu Prakash</cp:lastModifiedBy>
  <cp:revision>9</cp:revision>
  <dcterms:created xsi:type="dcterms:W3CDTF">2013-12-23T23:15:00Z</dcterms:created>
  <dcterms:modified xsi:type="dcterms:W3CDTF">2026-10-12T13:41:00Z</dcterms:modified>
  <cp:category/>
</cp:coreProperties>
</file>